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עולי אתיופיה לקראת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גורמי דחיפה ומשיכה, כור היתוך ופסיפס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למסע העלייה ולחג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לוקחים ומה משאירים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למיין סיבות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מסדרים 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בכור היתוך כולם מתערבבים, בפסיפס כל קבוצה שומרת על הייחוד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יום 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תשובה נכונה, כל משפחה והמסע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מרצון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ביום הרביעי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בדף שהמשחק כולל שלום בשפות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תלמידים שהם עולים ויש שאינם, וכולם משתתפים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(חמש חותמות לחמש 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מה לוקחים ומה משאירים)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(ממיינים סיבות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(מסדרים אירועים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(בודקים איפה אני על הסקאלה)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(משחק התאמה ושלום בשפות)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במפת עולם וסימון מדינות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פעילות המזוודה וגורמי דחיפה ומשיכה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 משפחתי ושיתוף סיפורים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 הזמן של חג הסיגד וענן משאלות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פעילות הפסיפס ומעמד סיום עם הדרכונים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פתוחה; לבדוק שהתלמיד מסביר את ההבדל בין הרעיונות ונותן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לבדוק שיש שני פריטים עם הנמקה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תחנות כמו דרכון, מזוודה, ציר זמן, פסיפס,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סיבה לעזוב; מושך – סיבה לבוא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כור היתוך – הטמעה לדבר אחד; פסיפס – שמירה על ייחוד בתוך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חשוב להזכיר שאין תשובה נכונה אחת בשאלות העוסקות בסיפורים אישיים או במזוודה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כסיכום בסוף שבוע העליות לפני מעמד הדרכונים והפסיפס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עם רקע עולים לבחור אם לשתף דוגמה אישית או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העליות התלמידים עוברים שש תחנות: דרכון, מזוודה, סיבות למסע, ציר זמן, כור היתוך או פסיפס, ומשחק מילים. הדף הזה מתרגל את התכנים מהתחנות השונות.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 העליות המתואר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בתחנת ׳מזוודה של 10 ק״ג׳?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מה לוקחים ומה משאירים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מראיינים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תחנת ׳למה עוזבים? למה באים?׳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למיין סיבות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בתחנת ציר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מסדרים אירועים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דגם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המרכזי בין ׳כור היתוך׳ ל׳פסיפס׳?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בכור היתוך כולם מתערבבים, בפסיפס כל קבוצה שומרת על הייחוד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כור היתוך זה משחק ופסיפס זה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פסיפס זה חג וכור היתוך זה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יום בשבוע מתקיימת פעילות הראיון המשפחתי?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המזוודה יש תשובה אחת נכונה למה לוקחים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א׳ של השבוע עוסקים במפת עולם ומוצא המשפחות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סיפור אישי בראיון המשפחתי הוא חובה לכל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ד׳ עוסקים בציר הזמן של 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׳מילים למסע׳ כולל גם ביטויי שלום בשפות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כולם חייבים להיות עולים כדי להשתתף בשבוע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בתחנת ה__________ מסמנים חותמת על כל תחנה שעברו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פעילות שבה בוחרים מה לוקחים במסע ומה משאירים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גורם __________ הוא סיבה שגורמת לאנשים לעזוב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גורם __________ הוא סיבה שגורמת לאנשים לבוא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מסדרים את אירועי חג הסיגד לפי הסדר שבו הם קרו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חג שמציין את הציפייה והגעגוע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התאמה ושלום בשפות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איפה אני על הסקאלה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מה לוקחים ומה משאירים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הזמן של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ממיינים סיבות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כור היתוך או פסיפס?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מסדרים אירועים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מילים למסע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חמש חותמות לחמש תחנות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הפסיפס ומעמד סיום עם הדרכונים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משפחתי ושיתוף סיפורים מרצון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במפת עולם וסימון מדינות מוצא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המזוודה וגורמי דחיפה ומשיכה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הזמן של חג הסיגד וענן משאלות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רעיון אחד – כור היתוך או פסיפס – והסבירו במשפטיים מדוע הוא מתאים יותר לדעתכם לתיאור חברה מגוונת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אורזים מזוודה למסע חשוב בחייכם. כתבו שני דברים שהייתם לוקחים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תחנות מתוך מסע העליות שלמדנו עליהן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גורם דוחף לגורם מושך?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כור היתוך לפסיפס?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העליות וחג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