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– פעילויות מיוחדות וקישוט קיר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העליות וחג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תחנות המסע של עולי אתיופיה לקראת 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כמו גורמי דחיפה ומשיכה, כור היתוך ופסיפס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הקשור למסע העלייה ולחג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בוחרים מה לוקחים ומה משאירים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למיין סיבות למסע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מסדרים אירועים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בכור היתוך כולם מתערבבים, בפסיפס כל קבוצה שומרת על הייחוד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יום ג׳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אין תשובה נכונה, כל משפחה והמסע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ביום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השיתוף הוא מרצון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ביום הרביעי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בדף שהמשחק כולל שלום בשפות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יש תלמידים שהם עולים ויש שאינם, וכולם משתתפים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דרכון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מזוודה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דוחף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סיגד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תחנה לפעילות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(חמש חותמות לחמש תחנות)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(בוחרים מה לוקחים ומה משאירים)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(ממיינים סיבות למסע)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(מסדרים אירועים לפי הסדר)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(בודקים איפה אני על הסקאלה)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(משחק התאמה ושלום בשפות)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הפעילויות בשבוע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במפת עולם וסימון מדינות מוצא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פעילות המזוודה וגורמי דחיפה ומשיכה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ראיון משפחתי ושיתוף סיפורים מרצון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ציר הזמן של חג הסיגד וענן משאלות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פעילות הפסיפס ומעמד סיום עם הדרכונים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פתוחה; לבדוק שהתלמיד מסביר את ההבדל בין הרעיונות ונותן 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אישית; לבדוק שיש שני פריטים עם הנמקה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לשמות תחנות כמו דרכון, מזוודה, ציר זמן, פסיפס,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דוחף – סיבה לעזוב; מושך – סיבה לבוא למקום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כור היתוך – הטמעה לדבר אחד; פסיפס – שמירה על ייחוד בתוך השלם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תחילת הדף חשוב להזכיר שאין תשובה נכונה אחת בשאלות העוסקות בסיפורים אישיים או במזוודה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הדף כסיכום בסוף שבוע העליות לפני מעמד הדרכונים והפסיפס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לאפשר לתלמידים עם רקע עולים לבחור אם לשתף דוגמה אישית או כללית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– פעילויות מיוחדות וקישוט קיר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העליות וחג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בשבוע מיוחד לומדים על עולים. יש משחקים: דרכון, מזוודה, סיבות לעזיבה, ציר זמן של חג הסיגד, ומילים חדשות.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דרכון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תעודה שמסמנת כל תחנה שעברתי במסע הלמידה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מזוודה של 10 ק״ג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שבו בוחרים מה לוקחים במסע ומה משאירים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גורם דוחף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סיבה שגורמת לאנשים לעזוב את המקום שלהם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גורם מושך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סיבה שגורמת לאנשים לבוא למקום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 זמן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סידור אירועים לפי הסדר שבו הם קרו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כור היתוך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שלפיו כולם מתערבבים והופכים לדבר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פסיפס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שלפיו כל קבוצה שומרת על הייחוד שלה בתוך התמונה הכוללת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 הסיגד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שמציין את הציפייה והגעגוע לארץ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תחנות יש במסע?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עם המזוודה?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מציירים מפת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בוחרים מה לוקחים ומה משאירים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מראיינים בני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משחקים במילים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לומדים בתחנה הזו?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ללמוד שפה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למיין סיבות למסע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דגל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לשיר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מסדרים בציר הזמן?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מסדרים אירועים לפי הסדר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בונים דגם מזוודה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משחקים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שונה בין שני הרעיונות?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בכור היתוך כולם מתערבבים, בפסיפס כל קבוצה שומרת על הייחוד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כור היתוך זה משחק ופסיפס זה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פסיפס זה חג וכור היתוך זה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עושים את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א׳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ב׳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ג׳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ה׳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בתחנת המזוודה יש תשובה אחת נכונה למה לוקחים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א׳ של השבוע עוסקים במפת עולם ומוצא המשפחות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שיתוף סיפור אישי בראיון המשפחתי הוא חובה לכל תלמיד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ד׳ עוסקים בציר הזמן של חג הסיגד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המשחק ׳מילים למסע׳ כולל גם ביטויי שלום בשפות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בכיתה כולם חייבים להיות עולים כדי להשתתף בשבוע הזה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בתחנת ה__________ מסמנים חותמת על כל תחנה שעברו במסע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היא פעילות שבה בוחרים מה לוקחים במסע ומה משאירים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גורם __________ הוא סיבה שגורמת לאנשים לעזוב 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גורם __________ הוא סיבה שגורמת לאנשים לבוא למקום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ב__________ מסדרים את אירועי חג הסיגד לפי הסדר שבו הם קרו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הוא חג שמציין את הציפייה והגעגוע לארץ ישראל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תחנה לפעילות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דרכון השבוע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בודקים איפה אני על הסקאלה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מזוודה של 10 ק״ג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מסדרים אירועים לפי הסדר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למה עוזבים? למה באים?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חמש חותמות לחמש תחנות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ציר הזמן של הסיגד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ממיינים סיבות למסע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כור היתוך או פסיפס?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משחק התאמה ושלום בשפות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מילים למסע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בוחרים מה לוקחים ומה משאירים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הפעילויות בשבוע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 הזמן של חג הסיגד וענן משאלות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במפת עולם וסימון מדינות מוצא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פעילות המזוודה וגורמי דחיפה ומשיכה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פעילות הפסיפס ומעמד סיום עם הדרכונים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משפחתי ושיתוף סיפורים מרצון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רעיון אחד – כור היתוך או פסיפס – והסבירו במשפטיים מדוע הוא מתאים יותר לדעתכם לתיאור חברה מגוונת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שאתם אורזים מזוודה למסע חשוב בחייכם. כתבו שני דברים שהייתם לוקחים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שלוש תחנות מתוך מסע העליות שלמדנו עליהן השבוע?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גורם דוחף לגורם מושך?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כור היתוך לפסיפס?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העליות וחג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