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העליות וחג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של עולי אתיופיה לקראת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גורמי דחיפה ומשיכה, כור היתוך ופסיפס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למסע העלייה ולחג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מה לוקחים ומה משאירים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מסדרים אירועים לפי הסדר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תשובה נכונה, כל משפחה והמסע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ביום הרביעי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(חמש חותמות לחמש 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(בוחרים מה לוקחים ומה משאירים)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(ממיינים סיבות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(מסדרים אירועים לפי הסדר)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במפת עולם וסימון מדינות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פעילות המזוודה וגורמי דחיפה ומשיכה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ראיון משפחתי ושיתוף סיפורים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 הזמן של חג הסיגד וענן משאלות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פתוחה; לבדוק שהתלמיד מסביר את ההבדל בין הרעיונות ונותן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תחנות כמו דרכון, מזוודה, ציר זמן, פסיפס,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דוחף – סיבה לעזוב; מושך – סיבה לבוא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כור היתוך – הטמעה לדבר אחד; פסיפס – שמירה על ייחוד בתוך 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חשוב להזכיר שאין תשובה נכונה אחת בשאלות העוסקות בסיפורים אישיים או במזוודה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כסיכום בסוף שבוע העליות לפני מעמד הדרכונים והפסיפס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עם רקע עולים לבחור אם לשתף דוגמה אישית או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העליות וחג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בשבוע העליות התלמידים עוברים שש תחנות: דרכון, מזוודה, סיבות למסע, ציר זמן, כור היתוך או פסיפס, ומשחק מילים. הדף הזה מתרגל את התכנים מהתחנות השונות.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מושך  ·  דוחף  ·  מזוודה  ·  דרכון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במסע העליות המתואר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בתחנת ׳מזוודה של 10 ק״ג׳?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מציירים מפת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מה לוקחים ומה משאירים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מראיינים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בתחנת ציר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מסדרים אירועים לפי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בונים דגם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משחקים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בתחנת המזוודה יש תשובה אחת נכונה למה לוקחים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א׳ של השבוע עוסקים במפת עולם ומוצא המשפחות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ד׳ עוסקים בציר הזמן של 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בתחנת ה__________ מסמנים חותמת על כל תחנה שעברו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פעילות שבה בוחרים מה לוקחים במסע ומה משאירים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גורם __________ הוא סיבה שגורמת לאנשים לעזוב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גורם __________ הוא סיבה שגורמת לאנשים לבוא למקום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תחנה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דרכון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מסדרים אירועים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מזוודה של 10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ממיינים סיבות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למה עוזבים? למה באים?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חמש חותמות לחמש 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ציר הזמן של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בוחרים מה לוקחים ומה משאירים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הפעילויות בשבוע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משפחתי ושיתוף סיפורים מרצון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 הזמן של חג הסיגד וענן משאלות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במפת עולם וסימון מדינות מוצא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פעילות המזוודה וגורמי דחיפה ומשיכה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רעיון אחד – כור היתוך או פסיפס – והסבירו במשפטיים מדוע הוא מתאים יותר לדעתכם לתיאור חברה מגוונת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תחנות מתוך מסע העליות שלמדנו עליהן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גורם דוחף לגורם מושך?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העליות וחג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